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A58F" w14:textId="77777777" w:rsidR="00D1629A" w:rsidRPr="00636981" w:rsidRDefault="00000000">
      <w:pPr>
        <w:pStyle w:val="AIDATitle"/>
        <w:jc w:val="center"/>
        <w:rPr>
          <w:lang w:val="it-IT"/>
        </w:rPr>
      </w:pPr>
      <w:r w:rsidRPr="00636981">
        <w:rPr>
          <w:lang w:val="it-IT"/>
        </w:rPr>
        <w:t>AIDA - Associazione Italiana di Agroecologia</w:t>
      </w:r>
    </w:p>
    <w:p w14:paraId="51F403F7" w14:textId="77777777" w:rsidR="00D1629A" w:rsidRPr="00636981" w:rsidRDefault="00000000">
      <w:pPr>
        <w:jc w:val="center"/>
        <w:rPr>
          <w:lang w:val="it-IT"/>
        </w:rPr>
      </w:pPr>
      <w:r w:rsidRPr="00636981">
        <w:rPr>
          <w:b/>
          <w:color w:val="1F5832"/>
          <w:sz w:val="28"/>
          <w:lang w:val="it-IT"/>
        </w:rPr>
        <w:t>Modulo di delega di voto</w:t>
      </w:r>
    </w:p>
    <w:p w14:paraId="1948EA3B" w14:textId="6FA345E7" w:rsidR="00D1629A" w:rsidRPr="00636981" w:rsidRDefault="00000000" w:rsidP="00636981">
      <w:pPr>
        <w:jc w:val="center"/>
        <w:rPr>
          <w:b/>
          <w:lang w:val="it-IT"/>
        </w:rPr>
      </w:pPr>
      <w:r w:rsidRPr="00636981">
        <w:rPr>
          <w:b/>
          <w:lang w:val="it-IT"/>
        </w:rPr>
        <w:t>Assemblea Generale del 25 giugno 2026</w:t>
      </w:r>
      <w:r w:rsidR="00636981">
        <w:rPr>
          <w:b/>
          <w:lang w:val="it-IT"/>
        </w:rPr>
        <w:t xml:space="preserve"> ore 13.00 – 17.30</w:t>
      </w:r>
      <w:r w:rsidRPr="00636981">
        <w:rPr>
          <w:lang w:val="it-IT"/>
        </w:rPr>
        <w:br/>
        <w:t xml:space="preserve">Sede di Libera, Via Stamira 5, 00162 Roma - Sala Biblioteca </w:t>
      </w:r>
      <w:r w:rsidR="00636981">
        <w:rPr>
          <w:lang w:val="it-IT"/>
        </w:rPr>
        <w:t>+</w:t>
      </w:r>
      <w:r w:rsidRPr="00636981">
        <w:rPr>
          <w:lang w:val="it-IT"/>
        </w:rPr>
        <w:t xml:space="preserve"> modalità online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D1629A" w:rsidRPr="009D4550" w14:paraId="6DA54898" w14:textId="77777777">
        <w:trPr>
          <w:jc w:val="center"/>
        </w:trPr>
        <w:tc>
          <w:tcPr>
            <w:tcW w:w="1008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2F2F2"/>
          </w:tcPr>
          <w:p w14:paraId="1D4EA88F" w14:textId="4C83C57C" w:rsidR="00D1629A" w:rsidRPr="00636981" w:rsidRDefault="00636981">
            <w:pPr>
              <w:spacing w:after="40"/>
              <w:rPr>
                <w:lang w:val="it-IT"/>
              </w:rPr>
            </w:pPr>
            <w:r>
              <w:rPr>
                <w:sz w:val="19"/>
                <w:lang w:val="it-IT"/>
              </w:rPr>
              <w:t>I</w:t>
            </w:r>
            <w:r w:rsidRPr="00636981">
              <w:rPr>
                <w:sz w:val="19"/>
                <w:lang w:val="it-IT"/>
              </w:rPr>
              <w:t>l presente modulo serve a delegare un’altra persona associata AIDA a rappresentare e votare in Assemblea. La delega può essere trasmessa anche in formato elettronico entro l’inizio dei lavori assembleari. Ogni persona associata può rappresentare al massimo tre altre persone/associazioni associate.</w:t>
            </w:r>
          </w:p>
        </w:tc>
      </w:tr>
    </w:tbl>
    <w:p w14:paraId="52851F51" w14:textId="77777777" w:rsidR="00636981" w:rsidRDefault="00636981">
      <w:pPr>
        <w:pStyle w:val="AIDAHeading"/>
        <w:rPr>
          <w:lang w:val="it-IT"/>
        </w:rPr>
      </w:pPr>
    </w:p>
    <w:p w14:paraId="78DED678" w14:textId="0552BF64" w:rsidR="00D1629A" w:rsidRPr="00636981" w:rsidRDefault="00000000">
      <w:pPr>
        <w:pStyle w:val="AIDAHeading"/>
        <w:rPr>
          <w:lang w:val="it-IT"/>
        </w:rPr>
      </w:pPr>
      <w:r w:rsidRPr="00636981">
        <w:rPr>
          <w:lang w:val="it-IT"/>
        </w:rPr>
        <w:t>1. Dati del soggetto delegante</w:t>
      </w:r>
    </w:p>
    <w:p w14:paraId="6AC17BEB" w14:textId="77777777" w:rsidR="009D4550" w:rsidRDefault="00000000">
      <w:pPr>
        <w:rPr>
          <w:lang w:val="it-IT"/>
        </w:rPr>
      </w:pPr>
      <w:r w:rsidRPr="00636981">
        <w:rPr>
          <w:lang w:val="it-IT"/>
        </w:rPr>
        <w:t>☐ Persona associata AIDA</w:t>
      </w:r>
      <w:r w:rsidR="00636981">
        <w:rPr>
          <w:lang w:val="it-IT"/>
        </w:rPr>
        <w:t xml:space="preserve">     </w:t>
      </w:r>
    </w:p>
    <w:p w14:paraId="1FA346E6" w14:textId="0C3F12D0" w:rsidR="00D1629A" w:rsidRPr="00636981" w:rsidRDefault="00000000">
      <w:pPr>
        <w:rPr>
          <w:lang w:val="it-IT"/>
        </w:rPr>
      </w:pPr>
      <w:r w:rsidRPr="00636981">
        <w:rPr>
          <w:lang w:val="it-IT"/>
        </w:rPr>
        <w:t>☐ Associazione/ente associato AIDA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912"/>
      </w:tblGrid>
      <w:tr w:rsidR="00D1629A" w:rsidRPr="009D4550" w14:paraId="0683E317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55E3A8D7" w14:textId="77777777" w:rsidR="00D1629A" w:rsidRPr="00636981" w:rsidRDefault="00000000">
            <w:pPr>
              <w:spacing w:after="40"/>
              <w:rPr>
                <w:lang w:val="it-IT"/>
              </w:rPr>
            </w:pPr>
            <w:r w:rsidRPr="00636981">
              <w:rPr>
                <w:b/>
                <w:sz w:val="19"/>
                <w:lang w:val="it-IT"/>
              </w:rPr>
              <w:t>Nome e cognome / denominazione ente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9326F06" w14:textId="77777777" w:rsidR="00D1629A" w:rsidRPr="009D4550" w:rsidRDefault="00D1629A">
            <w:pPr>
              <w:spacing w:after="40"/>
              <w:rPr>
                <w:lang w:val="it-IT"/>
              </w:rPr>
            </w:pPr>
          </w:p>
          <w:p w14:paraId="19D11E4B" w14:textId="763C01D5" w:rsidR="00636981" w:rsidRPr="009D4550" w:rsidRDefault="00636981">
            <w:pPr>
              <w:spacing w:after="40"/>
              <w:rPr>
                <w:lang w:val="it-IT"/>
              </w:rPr>
            </w:pPr>
          </w:p>
        </w:tc>
      </w:tr>
      <w:tr w:rsidR="00D1629A" w14:paraId="3D2BA6AC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0CAB938B" w14:textId="77777777" w:rsidR="00D1629A" w:rsidRDefault="00000000">
            <w:pPr>
              <w:spacing w:after="40"/>
            </w:pPr>
            <w:r>
              <w:rPr>
                <w:b/>
                <w:sz w:val="19"/>
              </w:rPr>
              <w:t>Email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E6ED3D7" w14:textId="77777777" w:rsidR="00D1629A" w:rsidRDefault="00D1629A">
            <w:pPr>
              <w:spacing w:after="40"/>
            </w:pPr>
          </w:p>
          <w:p w14:paraId="2D47F917" w14:textId="771F35C5" w:rsidR="00636981" w:rsidRDefault="00636981">
            <w:pPr>
              <w:spacing w:after="40"/>
            </w:pPr>
          </w:p>
        </w:tc>
      </w:tr>
    </w:tbl>
    <w:p w14:paraId="5CD37A5B" w14:textId="77777777" w:rsidR="00636981" w:rsidRDefault="00636981">
      <w:pPr>
        <w:pStyle w:val="AIDAHeading"/>
      </w:pPr>
    </w:p>
    <w:p w14:paraId="2E7855BB" w14:textId="580F44E9" w:rsidR="00D1629A" w:rsidRDefault="00000000">
      <w:pPr>
        <w:pStyle w:val="AIDAHeading"/>
      </w:pPr>
      <w:r>
        <w:t>2. Per associazioni/enti associati</w:t>
      </w:r>
    </w:p>
    <w:p w14:paraId="597DB070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Compilare questa sezione solo se la delega è conferita da un’associazione o ente associato AIDA.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912"/>
      </w:tblGrid>
      <w:tr w:rsidR="00D1629A" w:rsidRPr="009D4550" w14:paraId="30726344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45E699CB" w14:textId="77777777" w:rsidR="00D1629A" w:rsidRPr="00636981" w:rsidRDefault="00000000">
            <w:pPr>
              <w:spacing w:after="40"/>
              <w:rPr>
                <w:lang w:val="it-IT"/>
              </w:rPr>
            </w:pPr>
            <w:r w:rsidRPr="00636981">
              <w:rPr>
                <w:b/>
                <w:sz w:val="19"/>
                <w:lang w:val="it-IT"/>
              </w:rPr>
              <w:t>Nome e cognome della persona che firma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CE1A663" w14:textId="77777777" w:rsidR="00D1629A" w:rsidRPr="009D4550" w:rsidRDefault="00D1629A">
            <w:pPr>
              <w:spacing w:after="40"/>
              <w:rPr>
                <w:lang w:val="it-IT"/>
              </w:rPr>
            </w:pPr>
          </w:p>
          <w:p w14:paraId="3AA6EA2C" w14:textId="2EDA2035" w:rsidR="00636981" w:rsidRPr="009D4550" w:rsidRDefault="00636981">
            <w:pPr>
              <w:spacing w:after="40"/>
              <w:rPr>
                <w:lang w:val="it-IT"/>
              </w:rPr>
            </w:pPr>
          </w:p>
        </w:tc>
      </w:tr>
      <w:tr w:rsidR="00D1629A" w14:paraId="34EE19E9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2F56F3E8" w14:textId="77777777" w:rsidR="00D1629A" w:rsidRDefault="00000000">
            <w:pPr>
              <w:spacing w:after="40"/>
            </w:pPr>
            <w:proofErr w:type="spellStart"/>
            <w:r>
              <w:rPr>
                <w:b/>
                <w:sz w:val="19"/>
              </w:rPr>
              <w:t>Ruolo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nell’associazione</w:t>
            </w:r>
            <w:proofErr w:type="spellEnd"/>
            <w:r>
              <w:rPr>
                <w:b/>
                <w:sz w:val="19"/>
              </w:rPr>
              <w:t>/</w:t>
            </w:r>
            <w:proofErr w:type="spellStart"/>
            <w:r>
              <w:rPr>
                <w:b/>
                <w:sz w:val="19"/>
              </w:rPr>
              <w:t>ente</w:t>
            </w:r>
            <w:proofErr w:type="spellEnd"/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DA30861" w14:textId="77777777" w:rsidR="00D1629A" w:rsidRDefault="00D1629A">
            <w:pPr>
              <w:spacing w:after="40"/>
            </w:pPr>
          </w:p>
          <w:p w14:paraId="35D7DAB5" w14:textId="011261BB" w:rsidR="00636981" w:rsidRDefault="00636981">
            <w:pPr>
              <w:spacing w:after="40"/>
            </w:pPr>
          </w:p>
        </w:tc>
      </w:tr>
    </w:tbl>
    <w:p w14:paraId="7A077C78" w14:textId="77777777" w:rsidR="009D4550" w:rsidRDefault="00000000">
      <w:pPr>
        <w:ind w:left="288"/>
        <w:rPr>
          <w:lang w:val="it-IT"/>
        </w:rPr>
      </w:pPr>
      <w:r w:rsidRPr="00636981">
        <w:rPr>
          <w:lang w:val="it-IT"/>
        </w:rPr>
        <w:t>☐ Rappresentante legale dell’associazione/ente</w:t>
      </w:r>
      <w:r w:rsidR="00636981">
        <w:rPr>
          <w:lang w:val="it-IT"/>
        </w:rPr>
        <w:t xml:space="preserve">        </w:t>
      </w:r>
    </w:p>
    <w:p w14:paraId="10826106" w14:textId="64966E04" w:rsidR="00D1629A" w:rsidRPr="00636981" w:rsidRDefault="00000000">
      <w:pPr>
        <w:ind w:left="288"/>
        <w:rPr>
          <w:lang w:val="it-IT"/>
        </w:rPr>
      </w:pPr>
      <w:r w:rsidRPr="00636981">
        <w:rPr>
          <w:lang w:val="it-IT"/>
        </w:rPr>
        <w:t>☐ Altra persona autorizzata dall’associazione/ente</w:t>
      </w:r>
    </w:p>
    <w:p w14:paraId="6D36097F" w14:textId="77777777" w:rsidR="00636981" w:rsidRDefault="00636981">
      <w:pPr>
        <w:pStyle w:val="AIDAHeading"/>
        <w:rPr>
          <w:lang w:val="it-IT"/>
        </w:rPr>
      </w:pPr>
    </w:p>
    <w:p w14:paraId="74D0E5B7" w14:textId="3809DB7D" w:rsidR="00D1629A" w:rsidRPr="00636981" w:rsidRDefault="00000000">
      <w:pPr>
        <w:pStyle w:val="AIDAHeading"/>
        <w:rPr>
          <w:lang w:val="it-IT"/>
        </w:rPr>
      </w:pPr>
      <w:r w:rsidRPr="00636981">
        <w:rPr>
          <w:lang w:val="it-IT"/>
        </w:rPr>
        <w:t>3. Persona associata delegata</w:t>
      </w:r>
    </w:p>
    <w:p w14:paraId="0D0982B6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Indicare la persona associata AIDA che parteciperà all’Assemblea e voterà per conto del soggetto delegante.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912"/>
      </w:tblGrid>
      <w:tr w:rsidR="00D1629A" w:rsidRPr="009D4550" w14:paraId="10C0A8EB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40E842E1" w14:textId="77777777" w:rsidR="00D1629A" w:rsidRPr="00636981" w:rsidRDefault="00000000">
            <w:pPr>
              <w:spacing w:after="40"/>
              <w:rPr>
                <w:lang w:val="it-IT"/>
              </w:rPr>
            </w:pPr>
            <w:r w:rsidRPr="00636981">
              <w:rPr>
                <w:b/>
                <w:sz w:val="19"/>
                <w:lang w:val="it-IT"/>
              </w:rPr>
              <w:t>Nome e cognome della persona delegata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130F4D8" w14:textId="77777777" w:rsidR="00D1629A" w:rsidRPr="009D4550" w:rsidRDefault="00D1629A">
            <w:pPr>
              <w:spacing w:after="40"/>
              <w:rPr>
                <w:lang w:val="it-IT"/>
              </w:rPr>
            </w:pPr>
          </w:p>
          <w:p w14:paraId="295A8583" w14:textId="1C6AF84E" w:rsidR="00636981" w:rsidRPr="009D4550" w:rsidRDefault="00636981">
            <w:pPr>
              <w:spacing w:after="40"/>
              <w:rPr>
                <w:lang w:val="it-IT"/>
              </w:rPr>
            </w:pPr>
          </w:p>
        </w:tc>
      </w:tr>
      <w:tr w:rsidR="00D1629A" w14:paraId="5504A9A3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4A1CE6EF" w14:textId="77777777" w:rsidR="00D1629A" w:rsidRDefault="00000000">
            <w:pPr>
              <w:spacing w:after="40"/>
            </w:pPr>
            <w:r>
              <w:rPr>
                <w:b/>
                <w:sz w:val="19"/>
              </w:rPr>
              <w:t xml:space="preserve">Email della persona </w:t>
            </w:r>
            <w:proofErr w:type="spellStart"/>
            <w:r>
              <w:rPr>
                <w:b/>
                <w:sz w:val="19"/>
              </w:rPr>
              <w:t>delegata</w:t>
            </w:r>
            <w:proofErr w:type="spellEnd"/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C6482AB" w14:textId="77777777" w:rsidR="00D1629A" w:rsidRDefault="00D1629A">
            <w:pPr>
              <w:spacing w:after="40"/>
            </w:pPr>
          </w:p>
          <w:p w14:paraId="51D43511" w14:textId="4EC49776" w:rsidR="00636981" w:rsidRDefault="00636981">
            <w:pPr>
              <w:spacing w:after="40"/>
            </w:pPr>
          </w:p>
        </w:tc>
      </w:tr>
    </w:tbl>
    <w:p w14:paraId="11A8983C" w14:textId="77777777" w:rsidR="00636981" w:rsidRDefault="00636981">
      <w:pPr>
        <w:pStyle w:val="AIDAHeading"/>
      </w:pPr>
    </w:p>
    <w:p w14:paraId="2EECB19A" w14:textId="4D174B17" w:rsidR="00D1629A" w:rsidRDefault="00000000">
      <w:pPr>
        <w:pStyle w:val="AIDAHeading"/>
      </w:pPr>
      <w:r>
        <w:t>4. Delega</w:t>
      </w:r>
    </w:p>
    <w:p w14:paraId="49661D30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Con la presente, il/la sottoscritto/a delega la persona associata sopra indicata a rappresentarlo/a all’Assemblea Generale di AIDA convocata per il giorno 25 giugno 2026, con facoltà di partecipare alla discussione e di esercitare il diritto di voto per suo conto.</w:t>
      </w:r>
    </w:p>
    <w:p w14:paraId="6A17BA1B" w14:textId="77777777" w:rsidR="00636981" w:rsidRDefault="00636981">
      <w:pPr>
        <w:pStyle w:val="AIDAHeading"/>
        <w:rPr>
          <w:lang w:val="it-IT"/>
        </w:rPr>
      </w:pPr>
    </w:p>
    <w:p w14:paraId="2775DB01" w14:textId="77777777" w:rsidR="00636981" w:rsidRDefault="00636981">
      <w:pPr>
        <w:pStyle w:val="AIDAHeading"/>
        <w:rPr>
          <w:lang w:val="it-IT"/>
        </w:rPr>
      </w:pPr>
    </w:p>
    <w:p w14:paraId="6D7A95C6" w14:textId="001B0405" w:rsidR="00D1629A" w:rsidRPr="00636981" w:rsidRDefault="00000000">
      <w:pPr>
        <w:pStyle w:val="AIDAHeading"/>
        <w:rPr>
          <w:lang w:val="it-IT"/>
        </w:rPr>
      </w:pPr>
      <w:r w:rsidRPr="00636981">
        <w:rPr>
          <w:lang w:val="it-IT"/>
        </w:rPr>
        <w:t>5. Dichiarazioni</w:t>
      </w:r>
    </w:p>
    <w:p w14:paraId="12D0B6E2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☐ Dichiaro di essere in regola con la quota associativa 2026, oppure di impegnarmi a regolarizzarla entro il termine indicato nella convocazione. Sono consapevole che la delega sarà valida solo se il diritto di voto sarà confermato da AIDA.</w:t>
      </w:r>
    </w:p>
    <w:p w14:paraId="6C04A995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☐ Dichiaro che la persona delegata è una persona associata AIDA.</w:t>
      </w:r>
    </w:p>
    <w:p w14:paraId="09EA9CCA" w14:textId="77777777" w:rsidR="00D1629A" w:rsidRPr="00636981" w:rsidRDefault="00000000">
      <w:pPr>
        <w:rPr>
          <w:lang w:val="it-IT"/>
        </w:rPr>
      </w:pPr>
      <w:r w:rsidRPr="00636981">
        <w:rPr>
          <w:lang w:val="it-IT"/>
        </w:rPr>
        <w:t>☐ Sono consapevole che ogni persona associata può rappresentare al massimo tre altre persone o associazioni associate.</w:t>
      </w:r>
    </w:p>
    <w:p w14:paraId="4002BE14" w14:textId="77777777" w:rsidR="00636981" w:rsidRPr="009D4550" w:rsidRDefault="00636981">
      <w:pPr>
        <w:pStyle w:val="AIDAHeading"/>
        <w:rPr>
          <w:lang w:val="it-IT"/>
        </w:rPr>
      </w:pPr>
    </w:p>
    <w:p w14:paraId="3A98F903" w14:textId="6F5F8F20" w:rsidR="00D1629A" w:rsidRDefault="00000000">
      <w:pPr>
        <w:pStyle w:val="AIDAHeading"/>
      </w:pPr>
      <w:r>
        <w:t>6. Firma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912"/>
      </w:tblGrid>
      <w:tr w:rsidR="00D1629A" w14:paraId="459A1015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1995B8CA" w14:textId="77777777" w:rsidR="00D1629A" w:rsidRDefault="00000000">
            <w:pPr>
              <w:spacing w:after="40"/>
            </w:pPr>
            <w:r>
              <w:rPr>
                <w:b/>
                <w:sz w:val="19"/>
              </w:rPr>
              <w:t>Luogo e data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EA6149B" w14:textId="77777777" w:rsidR="00D1629A" w:rsidRDefault="00D1629A">
            <w:pPr>
              <w:spacing w:after="40"/>
            </w:pPr>
          </w:p>
          <w:p w14:paraId="1FDEE8EA" w14:textId="7D9518A0" w:rsidR="00636981" w:rsidRDefault="00636981">
            <w:pPr>
              <w:spacing w:after="40"/>
            </w:pPr>
          </w:p>
        </w:tc>
      </w:tr>
      <w:tr w:rsidR="00636981" w14:paraId="62138FF1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0064174C" w14:textId="4D3105E9" w:rsidR="00636981" w:rsidRDefault="00636981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Nome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9524CA3" w14:textId="77777777" w:rsidR="00636981" w:rsidRDefault="00636981">
            <w:pPr>
              <w:spacing w:after="40"/>
            </w:pPr>
          </w:p>
          <w:p w14:paraId="1ADE6D4B" w14:textId="77777777" w:rsidR="00636981" w:rsidRDefault="00636981">
            <w:pPr>
              <w:spacing w:after="40"/>
            </w:pPr>
          </w:p>
        </w:tc>
      </w:tr>
      <w:tr w:rsidR="00D1629A" w14:paraId="447363C1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4267BC83" w14:textId="77777777" w:rsidR="00D1629A" w:rsidRDefault="00000000">
            <w:pPr>
              <w:spacing w:after="40"/>
            </w:pPr>
            <w:proofErr w:type="spellStart"/>
            <w:r>
              <w:rPr>
                <w:b/>
                <w:sz w:val="19"/>
              </w:rPr>
              <w:t>Firma</w:t>
            </w:r>
            <w:proofErr w:type="spellEnd"/>
            <w:r>
              <w:rPr>
                <w:b/>
                <w:sz w:val="19"/>
              </w:rPr>
              <w:t xml:space="preserve"> del/della </w:t>
            </w:r>
            <w:proofErr w:type="spellStart"/>
            <w:r>
              <w:rPr>
                <w:b/>
                <w:sz w:val="19"/>
              </w:rPr>
              <w:t>delegante</w:t>
            </w:r>
            <w:proofErr w:type="spellEnd"/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05181DF" w14:textId="77777777" w:rsidR="00D1629A" w:rsidRDefault="00D1629A">
            <w:pPr>
              <w:spacing w:after="40"/>
            </w:pPr>
          </w:p>
          <w:p w14:paraId="20B7C0FD" w14:textId="5BDEA5F6" w:rsidR="00636981" w:rsidRDefault="00636981">
            <w:pPr>
              <w:spacing w:after="40"/>
            </w:pPr>
          </w:p>
        </w:tc>
      </w:tr>
    </w:tbl>
    <w:p w14:paraId="46979751" w14:textId="77777777" w:rsidR="00636981" w:rsidRDefault="00636981">
      <w:pPr>
        <w:pStyle w:val="AIDAHeading"/>
        <w:rPr>
          <w:lang w:val="it-IT"/>
        </w:rPr>
      </w:pPr>
    </w:p>
    <w:p w14:paraId="19C6C5A6" w14:textId="7283D537" w:rsidR="00D1629A" w:rsidRPr="00636981" w:rsidRDefault="00000000">
      <w:pPr>
        <w:pStyle w:val="AIDAHeading"/>
        <w:rPr>
          <w:lang w:val="it-IT"/>
        </w:rPr>
      </w:pPr>
      <w:r w:rsidRPr="00636981">
        <w:rPr>
          <w:lang w:val="it-IT"/>
        </w:rPr>
        <w:t>Spazio riservato alla Segreteria AIDA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912"/>
      </w:tblGrid>
      <w:tr w:rsidR="00D1629A" w14:paraId="465DE3F6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79991F4F" w14:textId="77777777" w:rsidR="00D1629A" w:rsidRDefault="00000000">
            <w:pPr>
              <w:spacing w:after="40"/>
            </w:pPr>
            <w:proofErr w:type="spellStart"/>
            <w:r>
              <w:rPr>
                <w:b/>
                <w:sz w:val="19"/>
              </w:rPr>
              <w:t>Delega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ricevuta</w:t>
            </w:r>
            <w:proofErr w:type="spellEnd"/>
            <w:r>
              <w:rPr>
                <w:b/>
                <w:sz w:val="19"/>
              </w:rPr>
              <w:t xml:space="preserve"> in data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33A110F" w14:textId="77777777" w:rsidR="00D1629A" w:rsidRDefault="00D1629A">
            <w:pPr>
              <w:spacing w:after="40"/>
            </w:pPr>
          </w:p>
          <w:p w14:paraId="025307C6" w14:textId="5298167F" w:rsidR="00636981" w:rsidRDefault="00636981">
            <w:pPr>
              <w:spacing w:after="40"/>
            </w:pPr>
          </w:p>
        </w:tc>
      </w:tr>
      <w:tr w:rsidR="00D1629A" w14:paraId="10AB967E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1AFF3494" w14:textId="77777777" w:rsidR="00D1629A" w:rsidRDefault="00000000">
            <w:pPr>
              <w:spacing w:after="40"/>
            </w:pPr>
            <w:r>
              <w:rPr>
                <w:b/>
                <w:sz w:val="19"/>
              </w:rPr>
              <w:t>Quota associativa verificata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787875A" w14:textId="77777777" w:rsidR="00D1629A" w:rsidRDefault="00D1629A">
            <w:pPr>
              <w:spacing w:after="40"/>
            </w:pPr>
          </w:p>
          <w:p w14:paraId="4B90E4F0" w14:textId="2FA3DFD4" w:rsidR="00636981" w:rsidRDefault="00636981">
            <w:pPr>
              <w:spacing w:after="40"/>
            </w:pPr>
          </w:p>
        </w:tc>
      </w:tr>
      <w:tr w:rsidR="00D1629A" w14:paraId="1B652567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21B9284E" w14:textId="77777777" w:rsidR="00D1629A" w:rsidRDefault="00000000">
            <w:pPr>
              <w:spacing w:after="40"/>
            </w:pPr>
            <w:r>
              <w:rPr>
                <w:b/>
                <w:sz w:val="19"/>
              </w:rPr>
              <w:t>Delega ammessa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C48A4EE" w14:textId="77777777" w:rsidR="00D1629A" w:rsidRDefault="00D1629A">
            <w:pPr>
              <w:spacing w:after="40"/>
            </w:pPr>
          </w:p>
          <w:p w14:paraId="574C0B95" w14:textId="3CCE8BC0" w:rsidR="00636981" w:rsidRDefault="00636981">
            <w:pPr>
              <w:spacing w:after="40"/>
            </w:pPr>
          </w:p>
        </w:tc>
      </w:tr>
      <w:tr w:rsidR="00D1629A" w:rsidRPr="009D4550" w14:paraId="4D9537F7" w14:textId="77777777">
        <w:trPr>
          <w:jc w:val="center"/>
        </w:trPr>
        <w:tc>
          <w:tcPr>
            <w:tcW w:w="33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3EC"/>
            <w:vAlign w:val="center"/>
          </w:tcPr>
          <w:p w14:paraId="1258A4D5" w14:textId="77777777" w:rsidR="00D1629A" w:rsidRPr="00636981" w:rsidRDefault="00000000">
            <w:pPr>
              <w:spacing w:after="40"/>
              <w:rPr>
                <w:lang w:val="it-IT"/>
              </w:rPr>
            </w:pPr>
            <w:r w:rsidRPr="00636981">
              <w:rPr>
                <w:b/>
                <w:sz w:val="19"/>
                <w:lang w:val="it-IT"/>
              </w:rPr>
              <w:t>Numero deleghe già attribuite alla persona delegata</w:t>
            </w:r>
          </w:p>
        </w:tc>
        <w:tc>
          <w:tcPr>
            <w:tcW w:w="69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BCA1491" w14:textId="77777777" w:rsidR="00D1629A" w:rsidRPr="009D4550" w:rsidRDefault="00D1629A">
            <w:pPr>
              <w:spacing w:after="40"/>
              <w:rPr>
                <w:lang w:val="it-IT"/>
              </w:rPr>
            </w:pPr>
          </w:p>
          <w:p w14:paraId="6DB82CA2" w14:textId="5AD42661" w:rsidR="00636981" w:rsidRPr="009D4550" w:rsidRDefault="00636981">
            <w:pPr>
              <w:spacing w:after="40"/>
              <w:rPr>
                <w:lang w:val="it-IT"/>
              </w:rPr>
            </w:pPr>
          </w:p>
        </w:tc>
      </w:tr>
    </w:tbl>
    <w:p w14:paraId="7090D4F8" w14:textId="77777777" w:rsidR="005A24ED" w:rsidRPr="009D4550" w:rsidRDefault="005A24ED">
      <w:pPr>
        <w:rPr>
          <w:lang w:val="it-IT"/>
        </w:rPr>
      </w:pPr>
    </w:p>
    <w:sectPr w:rsidR="005A24ED" w:rsidRPr="009D4550" w:rsidSect="00034616">
      <w:footerReference w:type="default" r:id="rId8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085C" w14:textId="77777777" w:rsidR="006F152A" w:rsidRDefault="006F152A">
      <w:pPr>
        <w:spacing w:after="0" w:line="240" w:lineRule="auto"/>
      </w:pPr>
      <w:r>
        <w:separator/>
      </w:r>
    </w:p>
  </w:endnote>
  <w:endnote w:type="continuationSeparator" w:id="0">
    <w:p w14:paraId="1C624126" w14:textId="77777777" w:rsidR="006F152A" w:rsidRDefault="006F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DA20" w14:textId="77777777" w:rsidR="00D1629A" w:rsidRPr="00636981" w:rsidRDefault="00000000">
    <w:pPr>
      <w:pStyle w:val="Footer"/>
      <w:jc w:val="center"/>
      <w:rPr>
        <w:lang w:val="it-IT"/>
      </w:rPr>
    </w:pPr>
    <w:r w:rsidRPr="00636981">
      <w:rPr>
        <w:color w:val="646464"/>
        <w:sz w:val="16"/>
        <w:lang w:val="it-IT"/>
      </w:rPr>
      <w:t>Modulo di delega di voto - Assemblea Generale AIDA 25 giugno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5E5C" w14:textId="77777777" w:rsidR="006F152A" w:rsidRDefault="006F152A">
      <w:pPr>
        <w:spacing w:after="0" w:line="240" w:lineRule="auto"/>
      </w:pPr>
      <w:r>
        <w:separator/>
      </w:r>
    </w:p>
  </w:footnote>
  <w:footnote w:type="continuationSeparator" w:id="0">
    <w:p w14:paraId="788A5A2C" w14:textId="77777777" w:rsidR="006F152A" w:rsidRDefault="006F1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9338032">
    <w:abstractNumId w:val="8"/>
  </w:num>
  <w:num w:numId="2" w16cid:durableId="1577125499">
    <w:abstractNumId w:val="6"/>
  </w:num>
  <w:num w:numId="3" w16cid:durableId="994991090">
    <w:abstractNumId w:val="5"/>
  </w:num>
  <w:num w:numId="4" w16cid:durableId="1467162601">
    <w:abstractNumId w:val="4"/>
  </w:num>
  <w:num w:numId="5" w16cid:durableId="44986561">
    <w:abstractNumId w:val="7"/>
  </w:num>
  <w:num w:numId="6" w16cid:durableId="387001029">
    <w:abstractNumId w:val="3"/>
  </w:num>
  <w:num w:numId="7" w16cid:durableId="1598246123">
    <w:abstractNumId w:val="2"/>
  </w:num>
  <w:num w:numId="8" w16cid:durableId="229195419">
    <w:abstractNumId w:val="1"/>
  </w:num>
  <w:num w:numId="9" w16cid:durableId="194256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24ED"/>
    <w:rsid w:val="00636981"/>
    <w:rsid w:val="006D331B"/>
    <w:rsid w:val="006F152A"/>
    <w:rsid w:val="008163BF"/>
    <w:rsid w:val="009D4550"/>
    <w:rsid w:val="00AA1D8D"/>
    <w:rsid w:val="00B47730"/>
    <w:rsid w:val="00BB1C71"/>
    <w:rsid w:val="00CB0664"/>
    <w:rsid w:val="00D162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497D76"/>
  <w14:defaultImageDpi w14:val="300"/>
  <w15:docId w15:val="{16FCEB68-76F8-4BA8-927B-8166D523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IDATitle">
    <w:name w:val="AIDA Title"/>
    <w:pPr>
      <w:spacing w:after="120"/>
    </w:pPr>
    <w:rPr>
      <w:rFonts w:ascii="Calibri" w:eastAsia="Calibri" w:hAnsi="Calibri"/>
      <w:b/>
      <w:color w:val="1F5832"/>
      <w:sz w:val="32"/>
    </w:rPr>
  </w:style>
  <w:style w:type="paragraph" w:customStyle="1" w:styleId="AIDAHeading">
    <w:name w:val="AIDA Heading"/>
    <w:pPr>
      <w:spacing w:before="160" w:after="60"/>
    </w:pPr>
    <w:rPr>
      <w:rFonts w:ascii="Calibri" w:eastAsia="Calibri" w:hAnsi="Calibri"/>
      <w:b/>
      <w:color w:val="1F5832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Gabriele</cp:lastModifiedBy>
  <cp:revision>4</cp:revision>
  <dcterms:created xsi:type="dcterms:W3CDTF">2013-12-23T23:15:00Z</dcterms:created>
  <dcterms:modified xsi:type="dcterms:W3CDTF">2026-05-28T14:10:00Z</dcterms:modified>
  <cp:category/>
</cp:coreProperties>
</file>